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5A3FA" w14:textId="77777777" w:rsidR="002E7A23" w:rsidRPr="00F358F5" w:rsidRDefault="003E1C59" w:rsidP="006C3A57">
      <w:pPr>
        <w:spacing w:after="160"/>
        <w:jc w:val="center"/>
        <w:rPr>
          <w:rFonts w:ascii="NewsGotT" w:hAnsi="NewsGotT"/>
          <w:sz w:val="26"/>
          <w:szCs w:val="26"/>
          <w:lang w:val="pt-PT"/>
        </w:rPr>
      </w:pPr>
      <w:r w:rsidRPr="00F358F5">
        <w:rPr>
          <w:rFonts w:ascii="NewsGotT" w:hAnsi="NewsGotT"/>
          <w:b/>
          <w:sz w:val="26"/>
          <w:szCs w:val="26"/>
          <w:lang w:val="pt-PT"/>
        </w:rPr>
        <w:t>Pedido de inscrição na UC Relatório de Atividade Profissional</w:t>
      </w:r>
    </w:p>
    <w:p w14:paraId="73EE99C4" w14:textId="77777777" w:rsidR="006C3A57" w:rsidRPr="00F358F5" w:rsidRDefault="006C3A57" w:rsidP="006C3A57">
      <w:pPr>
        <w:spacing w:after="100"/>
        <w:jc w:val="both"/>
        <w:rPr>
          <w:rFonts w:ascii="NewsGotT" w:hAnsi="NewsGotT"/>
          <w:bCs/>
          <w:lang w:val="pt-PT"/>
        </w:rPr>
      </w:pPr>
    </w:p>
    <w:p w14:paraId="4F0976BE" w14:textId="15F505DD" w:rsidR="006C3A57" w:rsidRPr="00F358F5" w:rsidRDefault="003E1C59" w:rsidP="00F358F5">
      <w:pPr>
        <w:jc w:val="both"/>
        <w:rPr>
          <w:rFonts w:ascii="NewsGotT" w:hAnsi="NewsGotT"/>
          <w:sz w:val="22"/>
          <w:lang w:val="pt-PT"/>
        </w:rPr>
      </w:pPr>
      <w:r w:rsidRPr="00F358F5">
        <w:rPr>
          <w:rFonts w:ascii="NewsGotT" w:hAnsi="NewsGotT"/>
          <w:sz w:val="22"/>
          <w:lang w:val="pt-PT"/>
        </w:rPr>
        <w:t>Ex.mo Senhor Presidente do Conselho Pedagógico</w:t>
      </w:r>
    </w:p>
    <w:p w14:paraId="6D00760C" w14:textId="391D36DC" w:rsidR="002E7A23" w:rsidRPr="00F358F5" w:rsidRDefault="003E1C59" w:rsidP="00F358F5">
      <w:pPr>
        <w:jc w:val="both"/>
        <w:rPr>
          <w:rFonts w:ascii="NewsGotT" w:hAnsi="NewsGotT"/>
          <w:sz w:val="22"/>
          <w:lang w:val="pt-PT"/>
        </w:rPr>
      </w:pPr>
      <w:r w:rsidRPr="00F358F5">
        <w:rPr>
          <w:rFonts w:ascii="NewsGotT" w:hAnsi="NewsGotT"/>
          <w:sz w:val="22"/>
          <w:lang w:val="pt-PT"/>
        </w:rPr>
        <w:t>do Instituto de Educação da Universidade do Minho</w:t>
      </w:r>
    </w:p>
    <w:p w14:paraId="3D0016C3" w14:textId="77777777" w:rsidR="006C3A57" w:rsidRPr="00F358F5" w:rsidRDefault="006C3A57" w:rsidP="00F358F5">
      <w:pPr>
        <w:jc w:val="both"/>
        <w:rPr>
          <w:rFonts w:ascii="NewsGotT" w:hAnsi="NewsGotT"/>
          <w:sz w:val="22"/>
          <w:lang w:val="pt-PT"/>
        </w:rPr>
      </w:pPr>
    </w:p>
    <w:p w14:paraId="45BDAE75" w14:textId="6DDC71A1" w:rsidR="002E7A23" w:rsidRPr="00F358F5" w:rsidRDefault="003E1C59" w:rsidP="006C3A57">
      <w:pPr>
        <w:spacing w:after="100"/>
        <w:jc w:val="both"/>
        <w:rPr>
          <w:rFonts w:ascii="NewsGotT" w:hAnsi="NewsGotT"/>
          <w:sz w:val="22"/>
          <w:lang w:val="pt-PT"/>
        </w:rPr>
      </w:pPr>
      <w:r w:rsidRPr="00F358F5">
        <w:rPr>
          <w:rFonts w:ascii="NewsGotT" w:hAnsi="NewsGotT"/>
          <w:b/>
          <w:sz w:val="22"/>
          <w:lang w:val="pt-PT"/>
        </w:rPr>
        <w:t xml:space="preserve">Assunto: </w:t>
      </w:r>
      <w:r w:rsidRPr="00F358F5">
        <w:rPr>
          <w:rFonts w:ascii="NewsGotT" w:hAnsi="NewsGotT"/>
          <w:sz w:val="22"/>
          <w:lang w:val="pt-PT"/>
        </w:rPr>
        <w:t>Pedido de inscrição na UC Relatório de Atividade Profissional</w:t>
      </w:r>
    </w:p>
    <w:p w14:paraId="17D7AC41" w14:textId="77777777" w:rsidR="006C3A57" w:rsidRPr="00F358F5" w:rsidRDefault="006C3A57" w:rsidP="006C3A57">
      <w:pPr>
        <w:jc w:val="both"/>
        <w:rPr>
          <w:rFonts w:ascii="NewsGotT" w:hAnsi="NewsGotT"/>
          <w:sz w:val="22"/>
          <w:lang w:val="pt-PT"/>
        </w:rPr>
      </w:pPr>
    </w:p>
    <w:p w14:paraId="3FA029E6" w14:textId="77777777" w:rsidR="009E40E3" w:rsidRPr="009E40E3" w:rsidRDefault="009E40E3" w:rsidP="002059B0">
      <w:pPr>
        <w:spacing w:after="40" w:line="360" w:lineRule="auto"/>
        <w:jc w:val="both"/>
        <w:rPr>
          <w:rFonts w:ascii="NewsGotT" w:hAnsi="NewsGotT"/>
          <w:sz w:val="22"/>
          <w:lang w:val="pt-PT"/>
        </w:rPr>
      </w:pPr>
      <w:r w:rsidRPr="009E40E3">
        <w:rPr>
          <w:rFonts w:ascii="NewsGotT" w:eastAsia="Times New Roman" w:hAnsi="NewsGotT" w:cs="Times New Roman"/>
          <w:b/>
          <w:bCs/>
          <w:sz w:val="22"/>
          <w:lang w:val="pt-PT" w:eastAsia="pt-PT"/>
        </w:rPr>
        <w:t>Eu, [nome completo]</w:t>
      </w:r>
      <w:r w:rsidRPr="009E40E3">
        <w:rPr>
          <w:rFonts w:ascii="NewsGotT" w:eastAsia="Times New Roman" w:hAnsi="NewsGotT" w:cs="Times New Roman"/>
          <w:sz w:val="22"/>
          <w:lang w:val="pt-PT" w:eastAsia="pt-PT"/>
        </w:rPr>
        <w:t xml:space="preserve">, estudante n.º </w:t>
      </w:r>
      <w:r w:rsidRPr="009E40E3">
        <w:rPr>
          <w:rFonts w:ascii="NewsGotT" w:eastAsia="Times New Roman" w:hAnsi="NewsGotT" w:cs="Times New Roman"/>
          <w:b/>
          <w:bCs/>
          <w:sz w:val="22"/>
          <w:lang w:val="pt-PT" w:eastAsia="pt-PT"/>
        </w:rPr>
        <w:t>[número]</w:t>
      </w:r>
      <w:r w:rsidRPr="009E40E3">
        <w:rPr>
          <w:rFonts w:ascii="NewsGotT" w:eastAsia="Times New Roman" w:hAnsi="NewsGotT" w:cs="Times New Roman"/>
          <w:sz w:val="22"/>
          <w:lang w:val="pt-PT" w:eastAsia="pt-PT"/>
        </w:rPr>
        <w:t xml:space="preserve">, do Mestrado em </w:t>
      </w:r>
      <w:r w:rsidRPr="009E40E3">
        <w:rPr>
          <w:rFonts w:ascii="NewsGotT" w:eastAsia="Times New Roman" w:hAnsi="NewsGotT" w:cs="Times New Roman"/>
          <w:b/>
          <w:bCs/>
          <w:sz w:val="22"/>
          <w:lang w:val="pt-PT" w:eastAsia="pt-PT"/>
        </w:rPr>
        <w:t>[designação do curso]</w:t>
      </w:r>
      <w:r w:rsidRPr="009E40E3">
        <w:rPr>
          <w:rFonts w:ascii="NewsGotT" w:eastAsia="Times New Roman" w:hAnsi="NewsGotT" w:cs="Times New Roman"/>
          <w:sz w:val="22"/>
          <w:lang w:val="pt-PT" w:eastAsia="pt-PT"/>
        </w:rPr>
        <w:t xml:space="preserve">, venho, ao </w:t>
      </w:r>
      <w:r w:rsidRPr="009E40E3">
        <w:rPr>
          <w:rFonts w:ascii="NewsGotT" w:hAnsi="NewsGotT"/>
          <w:sz w:val="22"/>
          <w:lang w:val="pt-PT"/>
        </w:rPr>
        <w:t xml:space="preserve">abrigo do disposto no artigo 11.º, </w:t>
      </w:r>
      <w:proofErr w:type="spellStart"/>
      <w:proofErr w:type="gramStart"/>
      <w:r w:rsidRPr="009E40E3">
        <w:rPr>
          <w:rFonts w:ascii="NewsGotT" w:hAnsi="NewsGotT"/>
          <w:sz w:val="22"/>
          <w:lang w:val="pt-PT"/>
        </w:rPr>
        <w:t>n.os</w:t>
      </w:r>
      <w:proofErr w:type="spellEnd"/>
      <w:proofErr w:type="gramEnd"/>
      <w:r w:rsidRPr="009E40E3">
        <w:rPr>
          <w:rFonts w:ascii="NewsGotT" w:hAnsi="NewsGotT"/>
          <w:sz w:val="22"/>
          <w:lang w:val="pt-PT"/>
        </w:rPr>
        <w:t xml:space="preserve"> 3 e 4, do Decreto-Lei n.º 9-A/2025, de 14 de fevereiro, requerer autorização para, no 2.º ano do ciclo de estudos, me inscrever na UC Relatório de Atividade Profissional, em alternativa à realização da prática de ensino supervisionada.</w:t>
      </w:r>
    </w:p>
    <w:p w14:paraId="7E744141" w14:textId="77777777" w:rsidR="009E40E3" w:rsidRPr="009E40E3" w:rsidRDefault="009E40E3" w:rsidP="002059B0">
      <w:pPr>
        <w:spacing w:after="40" w:line="360" w:lineRule="auto"/>
        <w:jc w:val="both"/>
        <w:rPr>
          <w:rFonts w:ascii="NewsGotT" w:hAnsi="NewsGotT"/>
          <w:sz w:val="22"/>
          <w:lang w:val="pt-PT"/>
        </w:rPr>
      </w:pPr>
      <w:r w:rsidRPr="009E40E3">
        <w:rPr>
          <w:rFonts w:ascii="NewsGotT" w:hAnsi="NewsGotT"/>
          <w:sz w:val="22"/>
          <w:lang w:val="pt-PT"/>
        </w:rPr>
        <w:t>Para o efeito, declaro que, à data do ingresso no ciclo de estudos, possuía pelo menos seis anos completos de serviço docente, com avaliação mínima de Bom, prestado nos últimos 10 anos na respetiva área científica.</w:t>
      </w:r>
    </w:p>
    <w:p w14:paraId="4CF85F9C" w14:textId="77777777" w:rsidR="009E40E3" w:rsidRPr="009E40E3" w:rsidRDefault="009E40E3" w:rsidP="002059B0">
      <w:pPr>
        <w:spacing w:after="40" w:line="360" w:lineRule="auto"/>
        <w:jc w:val="both"/>
        <w:rPr>
          <w:rFonts w:ascii="NewsGotT" w:eastAsia="Times New Roman" w:hAnsi="NewsGotT" w:cs="Times New Roman"/>
          <w:sz w:val="22"/>
          <w:lang w:val="pt-PT" w:eastAsia="pt-PT"/>
        </w:rPr>
      </w:pPr>
      <w:r w:rsidRPr="009E40E3">
        <w:rPr>
          <w:rFonts w:ascii="NewsGotT" w:hAnsi="NewsGotT"/>
          <w:sz w:val="22"/>
          <w:lang w:val="pt-PT"/>
        </w:rPr>
        <w:t>Junto</w:t>
      </w:r>
      <w:r w:rsidRPr="009E40E3">
        <w:rPr>
          <w:rFonts w:ascii="NewsGotT" w:eastAsia="Times New Roman" w:hAnsi="NewsGotT" w:cs="Times New Roman"/>
          <w:sz w:val="22"/>
          <w:lang w:val="pt-PT" w:eastAsia="pt-PT"/>
        </w:rPr>
        <w:t xml:space="preserve"> ao presente requerimento, para comprovação do cumprimento das condições legalmente previstas:</w:t>
      </w:r>
    </w:p>
    <w:p w14:paraId="6F78CD65" w14:textId="77777777" w:rsidR="009E40E3" w:rsidRPr="009E40E3" w:rsidRDefault="009E40E3" w:rsidP="002059B0">
      <w:pPr>
        <w:pStyle w:val="Listacommarcas"/>
        <w:numPr>
          <w:ilvl w:val="0"/>
          <w:numId w:val="10"/>
        </w:numPr>
        <w:spacing w:after="0" w:line="360" w:lineRule="auto"/>
        <w:jc w:val="both"/>
        <w:rPr>
          <w:rFonts w:ascii="NewsGotT" w:hAnsi="NewsGotT"/>
          <w:sz w:val="22"/>
          <w:lang w:val="pt-PT"/>
        </w:rPr>
      </w:pPr>
      <w:r w:rsidRPr="009E40E3">
        <w:rPr>
          <w:rFonts w:ascii="NewsGotT" w:hAnsi="NewsGotT"/>
          <w:sz w:val="22"/>
          <w:lang w:val="pt-PT"/>
        </w:rPr>
        <w:t xml:space="preserve">comprovativo do tempo de serviço docente, reportado à data de ingresso no ciclo de estudos; </w:t>
      </w:r>
    </w:p>
    <w:p w14:paraId="086C80D9" w14:textId="77777777" w:rsidR="009E40E3" w:rsidRPr="009E40E3" w:rsidRDefault="009E40E3" w:rsidP="002059B0">
      <w:pPr>
        <w:pStyle w:val="Listacommarcas"/>
        <w:numPr>
          <w:ilvl w:val="0"/>
          <w:numId w:val="10"/>
        </w:numPr>
        <w:spacing w:after="0" w:line="360" w:lineRule="auto"/>
        <w:jc w:val="both"/>
        <w:rPr>
          <w:rFonts w:ascii="NewsGotT" w:hAnsi="NewsGotT"/>
          <w:sz w:val="22"/>
          <w:lang w:val="pt-PT"/>
        </w:rPr>
      </w:pPr>
      <w:r w:rsidRPr="009E40E3">
        <w:rPr>
          <w:rFonts w:ascii="NewsGotT" w:hAnsi="NewsGotT"/>
          <w:sz w:val="22"/>
          <w:lang w:val="pt-PT"/>
        </w:rPr>
        <w:t xml:space="preserve">comprovativo da respetiva avaliação de desempenho docente. </w:t>
      </w:r>
    </w:p>
    <w:p w14:paraId="0CCB9231" w14:textId="77777777" w:rsidR="002059B0" w:rsidRDefault="002059B0" w:rsidP="002059B0">
      <w:pPr>
        <w:spacing w:line="360" w:lineRule="auto"/>
        <w:jc w:val="both"/>
        <w:rPr>
          <w:rFonts w:ascii="NewsGotT" w:hAnsi="NewsGotT"/>
          <w:sz w:val="22"/>
          <w:lang w:val="pt-PT"/>
        </w:rPr>
      </w:pPr>
    </w:p>
    <w:p w14:paraId="2C657B87" w14:textId="0D8D9CF8" w:rsidR="002E7A23" w:rsidRPr="002059B0" w:rsidRDefault="003E1C59" w:rsidP="002059B0">
      <w:pPr>
        <w:spacing w:line="360" w:lineRule="auto"/>
        <w:jc w:val="both"/>
        <w:rPr>
          <w:rFonts w:ascii="NewsGotT" w:hAnsi="NewsGotT"/>
          <w:bCs/>
          <w:sz w:val="22"/>
          <w:lang w:val="pt-PT"/>
        </w:rPr>
      </w:pPr>
      <w:r w:rsidRPr="002059B0">
        <w:rPr>
          <w:rFonts w:ascii="NewsGotT" w:hAnsi="NewsGotT"/>
          <w:sz w:val="22"/>
          <w:lang w:val="pt-PT"/>
        </w:rPr>
        <w:t xml:space="preserve">Nestes termos, </w:t>
      </w:r>
      <w:r w:rsidR="002059B0" w:rsidRPr="002059B0">
        <w:rPr>
          <w:rFonts w:ascii="NewsGotT" w:hAnsi="NewsGotT"/>
          <w:sz w:val="22"/>
          <w:lang w:val="pt-PT"/>
        </w:rPr>
        <w:t>p</w:t>
      </w:r>
      <w:r w:rsidRPr="002059B0">
        <w:rPr>
          <w:rFonts w:ascii="NewsGotT" w:hAnsi="NewsGotT"/>
          <w:bCs/>
          <w:sz w:val="22"/>
          <w:lang w:val="pt-PT"/>
        </w:rPr>
        <w:t>ede deferimento.</w:t>
      </w:r>
    </w:p>
    <w:p w14:paraId="6BCFC2E2" w14:textId="77777777" w:rsidR="002059B0" w:rsidRPr="002059B0" w:rsidRDefault="002059B0" w:rsidP="002059B0">
      <w:pPr>
        <w:spacing w:line="360" w:lineRule="auto"/>
        <w:jc w:val="both"/>
        <w:rPr>
          <w:rFonts w:ascii="NewsGotT" w:hAnsi="NewsGotT"/>
          <w:bCs/>
          <w:sz w:val="22"/>
          <w:lang w:val="pt-PT"/>
        </w:rPr>
      </w:pPr>
    </w:p>
    <w:p w14:paraId="4C40A323" w14:textId="77777777" w:rsidR="002E7A23" w:rsidRPr="002059B0" w:rsidRDefault="003E1C59" w:rsidP="002059B0">
      <w:pPr>
        <w:spacing w:after="120" w:line="360" w:lineRule="auto"/>
        <w:jc w:val="both"/>
        <w:rPr>
          <w:rFonts w:ascii="NewsGotT" w:hAnsi="NewsGotT"/>
          <w:sz w:val="22"/>
          <w:lang w:val="pt-PT"/>
        </w:rPr>
      </w:pPr>
      <w:r w:rsidRPr="002059B0">
        <w:rPr>
          <w:rFonts w:ascii="NewsGotT" w:hAnsi="NewsGotT"/>
          <w:sz w:val="22"/>
          <w:lang w:val="pt-PT"/>
        </w:rPr>
        <w:t xml:space="preserve">Braga, ____ de __________________ </w:t>
      </w:r>
      <w:proofErr w:type="spellStart"/>
      <w:r w:rsidRPr="002059B0">
        <w:rPr>
          <w:rFonts w:ascii="NewsGotT" w:hAnsi="NewsGotT"/>
          <w:sz w:val="22"/>
          <w:lang w:val="pt-PT"/>
        </w:rPr>
        <w:t>de</w:t>
      </w:r>
      <w:proofErr w:type="spellEnd"/>
      <w:r w:rsidRPr="002059B0">
        <w:rPr>
          <w:rFonts w:ascii="NewsGotT" w:hAnsi="NewsGotT"/>
          <w:sz w:val="22"/>
          <w:lang w:val="pt-PT"/>
        </w:rPr>
        <w:t xml:space="preserve"> 20____</w:t>
      </w:r>
    </w:p>
    <w:p w14:paraId="66BF5F49" w14:textId="77777777" w:rsidR="002E7A23" w:rsidRPr="002059B0" w:rsidRDefault="003E1C59" w:rsidP="002059B0">
      <w:pPr>
        <w:spacing w:after="20" w:line="360" w:lineRule="auto"/>
        <w:jc w:val="both"/>
        <w:rPr>
          <w:rFonts w:ascii="NewsGotT" w:hAnsi="NewsGotT"/>
          <w:sz w:val="22"/>
          <w:lang w:val="pt-PT"/>
        </w:rPr>
      </w:pPr>
      <w:r w:rsidRPr="002059B0">
        <w:rPr>
          <w:rFonts w:ascii="NewsGotT" w:hAnsi="NewsGotT"/>
          <w:sz w:val="22"/>
          <w:lang w:val="pt-PT"/>
        </w:rPr>
        <w:t>O/A Estudante,</w:t>
      </w:r>
    </w:p>
    <w:p w14:paraId="56B77119" w14:textId="77777777" w:rsidR="002E7A23" w:rsidRPr="002059B0" w:rsidRDefault="003E1C59" w:rsidP="002059B0">
      <w:pPr>
        <w:spacing w:after="20" w:line="360" w:lineRule="auto"/>
        <w:jc w:val="both"/>
        <w:rPr>
          <w:rFonts w:ascii="NewsGotT" w:hAnsi="NewsGotT"/>
          <w:sz w:val="22"/>
          <w:lang w:val="pt-PT"/>
        </w:rPr>
      </w:pPr>
      <w:r w:rsidRPr="002059B0">
        <w:rPr>
          <w:rFonts w:ascii="NewsGotT" w:hAnsi="NewsGotT"/>
          <w:sz w:val="22"/>
          <w:lang w:val="pt-PT"/>
        </w:rPr>
        <w:t>________________________________________</w:t>
      </w:r>
    </w:p>
    <w:p w14:paraId="567AB667" w14:textId="77777777" w:rsidR="002E7A23" w:rsidRPr="002059B0" w:rsidRDefault="003E1C59" w:rsidP="002059B0">
      <w:pPr>
        <w:spacing w:line="360" w:lineRule="auto"/>
        <w:jc w:val="both"/>
        <w:rPr>
          <w:rFonts w:ascii="NewsGotT" w:hAnsi="NewsGotT"/>
          <w:sz w:val="22"/>
          <w:lang w:val="pt-PT"/>
        </w:rPr>
      </w:pPr>
      <w:r w:rsidRPr="002059B0">
        <w:rPr>
          <w:rFonts w:ascii="NewsGotT" w:hAnsi="NewsGotT"/>
          <w:sz w:val="22"/>
          <w:lang w:val="pt-PT"/>
        </w:rPr>
        <w:t>[nome completo]</w:t>
      </w:r>
    </w:p>
    <w:p w14:paraId="18F0CD8D" w14:textId="409EDE1F" w:rsidR="002E7A23" w:rsidRPr="00F358F5" w:rsidRDefault="002E7A23" w:rsidP="006C3A57">
      <w:pPr>
        <w:pBdr>
          <w:bottom w:val="single" w:sz="4" w:space="1" w:color="B7B7B7"/>
        </w:pBdr>
        <w:spacing w:before="80" w:after="60"/>
        <w:jc w:val="both"/>
        <w:rPr>
          <w:rFonts w:ascii="NewsGotT" w:hAnsi="NewsGotT"/>
          <w:sz w:val="22"/>
          <w:lang w:val="pt-PT"/>
        </w:rPr>
      </w:pPr>
    </w:p>
    <w:p w14:paraId="29BC1837" w14:textId="77777777" w:rsidR="006C3A57" w:rsidRPr="00F358F5" w:rsidRDefault="006C3A57" w:rsidP="006C3A57">
      <w:pPr>
        <w:pBdr>
          <w:bottom w:val="single" w:sz="4" w:space="1" w:color="B7B7B7"/>
        </w:pBdr>
        <w:spacing w:before="80" w:after="60"/>
        <w:jc w:val="both"/>
        <w:rPr>
          <w:rFonts w:ascii="NewsGotT" w:hAnsi="NewsGotT"/>
          <w:sz w:val="22"/>
          <w:lang w:val="pt-PT"/>
        </w:rPr>
      </w:pPr>
    </w:p>
    <w:p w14:paraId="690A5FFB" w14:textId="77777777" w:rsidR="002E7A23" w:rsidRPr="00F358F5" w:rsidRDefault="003E1C59" w:rsidP="006C3A57">
      <w:pPr>
        <w:spacing w:after="20"/>
        <w:jc w:val="both"/>
        <w:rPr>
          <w:rFonts w:ascii="NewsGotT" w:hAnsi="NewsGotT"/>
          <w:lang w:val="pt-PT"/>
        </w:rPr>
      </w:pPr>
      <w:r w:rsidRPr="00F358F5">
        <w:rPr>
          <w:rFonts w:ascii="NewsGotT" w:hAnsi="NewsGotT"/>
          <w:b/>
          <w:lang w:val="pt-PT"/>
        </w:rPr>
        <w:t>Nota informativa</w:t>
      </w:r>
    </w:p>
    <w:p w14:paraId="4E10FE25" w14:textId="47FD9769" w:rsidR="002E7A23" w:rsidRPr="00F358F5" w:rsidRDefault="003E1C59" w:rsidP="006C3A57">
      <w:pPr>
        <w:spacing w:after="0"/>
        <w:jc w:val="both"/>
        <w:rPr>
          <w:rFonts w:ascii="NewsGotT" w:hAnsi="NewsGotT"/>
          <w:lang w:val="pt-PT"/>
        </w:rPr>
      </w:pPr>
      <w:r w:rsidRPr="00F358F5">
        <w:rPr>
          <w:rFonts w:ascii="NewsGotT" w:hAnsi="NewsGotT"/>
          <w:lang w:val="pt-PT"/>
        </w:rPr>
        <w:t>Os estudantes que pretendam beneficiar do regime previsto no artigo 11.º, n</w:t>
      </w:r>
      <w:r w:rsidRPr="00F358F5">
        <w:rPr>
          <w:rFonts w:ascii="NewsGotT" w:hAnsi="NewsGotT"/>
          <w:lang w:val="pt-PT"/>
        </w:rPr>
        <w:t>os 3 e 4, do Decreto-Lei n.º 9-A/2025, de 14 de fevereiro, deverão apresentar este requeri</w:t>
      </w:r>
      <w:r w:rsidRPr="00F358F5">
        <w:rPr>
          <w:rFonts w:ascii="NewsGotT" w:hAnsi="NewsGotT"/>
          <w:lang w:val="pt-PT"/>
        </w:rPr>
        <w:t xml:space="preserve">mento ao Conselho Pedagógico </w:t>
      </w:r>
      <w:r w:rsidRPr="00F358F5">
        <w:rPr>
          <w:rFonts w:ascii="NewsGotT" w:hAnsi="NewsGotT"/>
          <w:lang w:val="pt-PT"/>
        </w:rPr>
        <w:t>durante o 2.º semestre do 1.º ano e antes da inscrição no 2.º ano</w:t>
      </w:r>
      <w:r w:rsidRPr="00F358F5">
        <w:rPr>
          <w:rFonts w:ascii="NewsGotT" w:hAnsi="NewsGotT"/>
          <w:lang w:val="pt-PT"/>
        </w:rPr>
        <w:t xml:space="preserve">, acompanhado do comprovativo do tempo de serviço docente existente </w:t>
      </w:r>
      <w:r w:rsidRPr="00F358F5">
        <w:rPr>
          <w:rFonts w:ascii="NewsGotT" w:hAnsi="NewsGotT"/>
          <w:lang w:val="pt-PT"/>
        </w:rPr>
        <w:t>à data de ingresso no ciclo de estudos</w:t>
      </w:r>
      <w:r w:rsidRPr="00F358F5">
        <w:rPr>
          <w:rFonts w:ascii="NewsGotT" w:hAnsi="NewsGotT"/>
          <w:lang w:val="pt-PT"/>
        </w:rPr>
        <w:t xml:space="preserve"> e do comprovativo da respetiva avaliação.</w:t>
      </w:r>
    </w:p>
    <w:sectPr w:rsidR="002E7A23" w:rsidRPr="00F358F5" w:rsidSect="00F358F5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NewsGotT">
    <w:panose1 w:val="00000000000000000000"/>
    <w:charset w:val="00"/>
    <w:family w:val="auto"/>
    <w:pitch w:val="variable"/>
    <w:sig w:usb0="800000AF" w:usb1="0000204A" w:usb2="00000000" w:usb3="00000000" w:csb0="000000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FE3E3D68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F2C4EFF"/>
    <w:multiLevelType w:val="multilevel"/>
    <w:tmpl w:val="9156F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E46F41"/>
    <w:multiLevelType w:val="hybridMultilevel"/>
    <w:tmpl w:val="E4A4FB4E"/>
    <w:lvl w:ilvl="0" w:tplc="3000E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59B0"/>
    <w:rsid w:val="0029639D"/>
    <w:rsid w:val="002E7A23"/>
    <w:rsid w:val="00326F90"/>
    <w:rsid w:val="003E1C59"/>
    <w:rsid w:val="006C3A57"/>
    <w:rsid w:val="009E40E3"/>
    <w:rsid w:val="00AA1D8D"/>
    <w:rsid w:val="00B47730"/>
    <w:rsid w:val="00CB0664"/>
    <w:rsid w:val="00F358F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5A0993"/>
  <w14:defaultImageDpi w14:val="300"/>
  <w15:docId w15:val="{C83FA9A5-C991-43D5-BB0E-AE6411EB7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eastAsia="Aptos" w:hAnsi="Aptos"/>
      <w:sz w:val="21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dq2pgselectionanchorcontainer">
    <w:name w:val="pdq2pg_selectionanchorcontainer"/>
    <w:basedOn w:val="Normal"/>
    <w:rsid w:val="009E4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paragraph" w:styleId="NormalWeb">
    <w:name w:val="Normal (Web)"/>
    <w:basedOn w:val="Normal"/>
    <w:uiPriority w:val="99"/>
    <w:semiHidden/>
    <w:unhideWhenUsed/>
    <w:rsid w:val="009E4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7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BEF19C7A5D9BA49BE82AF5FE84ADC26" ma:contentTypeVersion="1" ma:contentTypeDescription="Criar um novo documento." ma:contentTypeScope="" ma:versionID="1970150452662fa9086670bf63b3cc8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920f20bdc7b16672ba298f38bb1791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de Início do Agendamento" ma:description="A Data de Início de Fim é uma coluna de site criada pela funcionalidade Publicação. É utilizada para indicar a data e a hora em que esta página será mostrada aos visitantes do site pela primeira vez." ma:hidden="true" ma:internalName="PublishingStartDate">
      <xsd:simpleType>
        <xsd:restriction base="dms:Unknown"/>
      </xsd:simpleType>
    </xsd:element>
    <xsd:element name="PublishingExpirationDate" ma:index="9" nillable="true" ma:displayName="Data de Fim do Agendamento" ma:description="A Data de Fim do Agendamento é uma coluna de site criada pela funcionalidade Publicação. É utilizada para indicar a data e a hora em que esta página deixará de ser mostrada aos visitantes do site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3FFC93-727C-43D6-ACBC-097D25AD1B4F}"/>
</file>

<file path=customXml/itemProps3.xml><?xml version="1.0" encoding="utf-8"?>
<ds:datastoreItem xmlns:ds="http://schemas.openxmlformats.org/officeDocument/2006/customXml" ds:itemID="{70CB0886-EA57-4123-9536-0A251CC862A7}"/>
</file>

<file path=customXml/itemProps4.xml><?xml version="1.0" encoding="utf-8"?>
<ds:datastoreItem xmlns:ds="http://schemas.openxmlformats.org/officeDocument/2006/customXml" ds:itemID="{DE701372-406F-4BF5-B5F1-B133F0BBF92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257</Words>
  <Characters>1391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Paulo Idalino Balça Varela</cp:lastModifiedBy>
  <cp:revision>5</cp:revision>
  <dcterms:created xsi:type="dcterms:W3CDTF">2026-09-15T14:17:00Z</dcterms:created>
  <dcterms:modified xsi:type="dcterms:W3CDTF">2026-09-15T16:48:00Z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0x0101006BEF19C7A5D9BA49BE82AF5FE84ADC26</vt:lpwstr>
  </property>
</Properties>
</file>